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rPr>
          <w:b w:val="0"/>
          <w:i/>
          <w:sz w:val="22"/>
        </w:rPr>
        <w:t>Modelul orientativ al adeverinței din Anexa nr. 10 la OUG nr. 57/2019, cu modificările și completările ulterioare</w:t>
      </w:r>
    </w:p>
    <w:p>
      <w:pPr>
        <w:spacing w:after="0"/>
      </w:pPr>
      <w:r>
        <w:rPr>
          <w:b w:val="0"/>
          <w:i w:val="0"/>
          <w:sz w:val="22"/>
        </w:rPr>
        <w:t>Denumire angajator</w:t>
      </w:r>
    </w:p>
    <w:p>
      <w:pPr>
        <w:spacing w:after="0"/>
      </w:pPr>
      <w:r>
        <w:rPr>
          <w:b w:val="0"/>
          <w:i w:val="0"/>
          <w:sz w:val="22"/>
        </w:rPr>
        <w:t>Date de identificare ale angajatorului (adresă completă, CUI)</w:t>
      </w:r>
    </w:p>
    <w:p>
      <w:pPr>
        <w:spacing w:after="0"/>
      </w:pPr>
      <w:r>
        <w:rPr>
          <w:b w:val="0"/>
          <w:i w:val="0"/>
          <w:sz w:val="22"/>
        </w:rPr>
        <w:t>Date de contact ale angajatorului (telefon, fax)</w:t>
      </w:r>
    </w:p>
    <w:p>
      <w:pPr>
        <w:spacing w:after="0"/>
      </w:pPr>
      <w:r>
        <w:rPr>
          <w:b w:val="0"/>
          <w:i w:val="0"/>
          <w:sz w:val="22"/>
        </w:rPr>
        <w:t>Nr. de înregistrare</w:t>
      </w:r>
    </w:p>
    <w:p>
      <w:pPr>
        <w:spacing w:after="0"/>
      </w:pPr>
      <w:r>
        <w:rPr>
          <w:b w:val="0"/>
          <w:i w:val="0"/>
          <w:sz w:val="22"/>
        </w:rPr>
        <w:t>Data înregistrării</w:t>
      </w:r>
    </w:p>
    <w:p>
      <w:pPr>
        <w:spacing w:after="240"/>
        <w:jc w:val="center"/>
      </w:pPr>
      <w:r>
        <w:rPr>
          <w:b w:val="0"/>
          <w:i w:val="0"/>
          <w:sz w:val="22"/>
        </w:rPr>
        <w:t>ADEVERINȚĂ</w:t>
      </w:r>
    </w:p>
    <w:p>
      <w:pPr>
        <w:spacing w:after="280"/>
      </w:pPr>
      <w:r>
        <w:rPr>
          <w:b w:val="0"/>
          <w:i w:val="0"/>
          <w:sz w:val="22"/>
        </w:rPr>
        <w:t>Prin prezenta se atestă faptul că dl/dna ..............................................., posesor/posesoare al/a C.I. ..... seria ........ nr. ..............., CNP ........................., a fost/este angajatul ....................., în baza actului administrativ de numire nr. ................/contractului individual de muncă, cu normă întreagă/cu timp parțial de ................ ore/zi, încheiat pe durată determinată/nedeterminată, înregistrat în registrul general de evidență a salariaților cu nr. ............../..............., în funcția/meseria/ocupația 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1"/>
        <w:gridCol w:w="1881"/>
        <w:gridCol w:w="1881"/>
        <w:gridCol w:w="1881"/>
        <w:gridCol w:w="1881"/>
      </w:tblGrid>
      <w:tr>
        <w:tc>
          <w:tcPr>
            <w:tcW w:type="dxa" w:w="1881"/>
          </w:tcPr>
          <w:p>
            <w:pPr>
              <w:jc w:val="center"/>
            </w:pPr>
            <w:r/>
            <w:r>
              <w:rPr>
                <w:sz w:val="20"/>
              </w:rPr>
              <w:t>Nr. crt.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sz w:val="20"/>
              </w:rPr>
              <w:t>Mutația intervenită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sz w:val="20"/>
              </w:rPr>
              <w:t>Data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sz w:val="20"/>
              </w:rPr>
              <w:t>Meseria/Funcția/Ocupația cu indicarea clasei/gradației profesionale</w:t>
            </w:r>
          </w:p>
        </w:tc>
        <w:tc>
          <w:tcPr>
            <w:tcW w:type="dxa" w:w="1881"/>
          </w:tcPr>
          <w:p>
            <w:pPr>
              <w:jc w:val="center"/>
            </w:pPr>
            <w:r/>
            <w:r>
              <w:rPr>
                <w:sz w:val="20"/>
              </w:rPr>
              <w:t>Nr. și data actului pe baza căruia se face înscrierea și temeiul legal</w:t>
            </w:r>
          </w:p>
        </w:tc>
      </w:tr>
      <w:tr>
        <w:tc>
          <w:tcPr>
            <w:tcW w:type="dxa" w:w="1881"/>
          </w:tcPr>
          <w:p>
            <w:r>
              <w:t xml:space="preserve"> </w:t>
            </w:r>
          </w:p>
        </w:tc>
        <w:tc>
          <w:tcPr>
            <w:tcW w:type="dxa" w:w="1881"/>
          </w:tcPr>
          <w:p>
            <w:r>
              <w:t xml:space="preserve"> </w:t>
            </w:r>
          </w:p>
        </w:tc>
        <w:tc>
          <w:tcPr>
            <w:tcW w:type="dxa" w:w="1881"/>
          </w:tcPr>
          <w:p>
            <w:r>
              <w:t xml:space="preserve"> </w:t>
            </w:r>
          </w:p>
        </w:tc>
        <w:tc>
          <w:tcPr>
            <w:tcW w:type="dxa" w:w="1881"/>
          </w:tcPr>
          <w:p>
            <w:r>
              <w:t xml:space="preserve"> </w:t>
            </w:r>
          </w:p>
        </w:tc>
        <w:tc>
          <w:tcPr>
            <w:tcW w:type="dxa" w:w="1881"/>
          </w:tcPr>
          <w:p>
            <w:r>
              <w:t xml:space="preserve"> </w:t>
            </w:r>
          </w:p>
        </w:tc>
      </w:tr>
    </w:tbl>
    <w:p/>
    <w:p>
      <w:pPr>
        <w:spacing w:after="0"/>
      </w:pPr>
      <w:r>
        <w:rPr>
          <w:b w:val="0"/>
          <w:i w:val="0"/>
          <w:sz w:val="22"/>
        </w:rPr>
        <w:t>În perioada lucrată a avut ....... zile de concediu medical și .......... concediu fără plată.</w:t>
      </w:r>
    </w:p>
    <w:p>
      <w:pPr>
        <w:spacing w:after="0"/>
      </w:pPr>
      <w:r>
        <w:rPr>
          <w:b w:val="0"/>
          <w:i w:val="0"/>
          <w:sz w:val="22"/>
        </w:rPr>
        <w:t>În perioada lucrată, dlui/dnei ................................................ nu i s-a aplicat nicio sancțiune disciplinară/i s-a aplicat sancțiunea disciplinară .................................... .</w:t>
      </w:r>
    </w:p>
    <w:p>
      <w:pPr>
        <w:spacing w:after="360"/>
      </w:pPr>
      <w:r>
        <w:rPr>
          <w:b w:val="0"/>
          <w:i w:val="0"/>
          <w:sz w:val="22"/>
        </w:rPr>
        <w:t>Cunoscând normele penale incidente în materia falsului în declarații, certificăm că datele cuprinse în prezenta adeverință sunt reale, exacte și complete.</w:t>
      </w:r>
    </w:p>
    <w:p>
      <w:pPr>
        <w:spacing w:after="0"/>
      </w:pPr>
      <w:r>
        <w:rPr>
          <w:b w:val="0"/>
          <w:i w:val="0"/>
          <w:sz w:val="22"/>
        </w:rPr>
        <w:t>Data ......................</w:t>
      </w:r>
    </w:p>
    <w:p>
      <w:pPr>
        <w:spacing w:after="0"/>
      </w:pPr>
      <w:r>
        <w:rPr>
          <w:b w:val="0"/>
          <w:i w:val="0"/>
          <w:sz w:val="22"/>
        </w:rPr>
        <w:t>Numele și prenumele reprezentantului legal al angajatorului____________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