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Angajator: ______________________________________  CUI: ______________</w:t>
      </w:r>
    </w:p>
    <w:p>
      <w:r/>
    </w:p>
    <w:p>
      <w:pPr>
        <w:spacing w:after="240"/>
        <w:jc w:val="center"/>
      </w:pPr>
      <w:r>
        <w:rPr>
          <w:b/>
          <w:sz w:val="26"/>
        </w:rPr>
        <w:t>ANUNŢ PENTRU OCUPAREA UNUI LOC DE MUNCĂ VACANT</w:t>
      </w:r>
    </w:p>
    <w:p>
      <w:r/>
    </w:p>
    <w:p>
      <w:pPr>
        <w:jc w:val="both"/>
      </w:pPr>
      <w:r>
        <w:t>Societatea ______________________________________, cu sediul în ____________________________, înregistrată la registrul comerţului sub nr. ______________, CUI ______________, anunţă organizarea selecţiei pentru ocuparea următorului loc de muncă vacant:</w:t>
      </w:r>
    </w:p>
    <w:p>
      <w:r/>
    </w:p>
    <w:p>
      <w:pPr>
        <w:spacing w:before="200"/>
      </w:pPr>
      <w:r>
        <w:rPr>
          <w:b/>
        </w:rPr>
        <w:t>Postul scos la selecţie</w:t>
      </w:r>
    </w:p>
    <w:p>
      <w:r>
        <w:t>Denumirea funcţiei: ______________________________________________________</w:t>
      </w:r>
    </w:p>
    <w:p>
      <w:r>
        <w:t>Codul COR: ______________</w:t>
      </w:r>
    </w:p>
    <w:p>
      <w:r>
        <w:t>Numărul de posturi: ______</w:t>
      </w:r>
    </w:p>
    <w:p>
      <w:r>
        <w:t>Locul desfăşurării activităţii: ______________________________________________</w:t>
      </w:r>
    </w:p>
    <w:p>
      <w:r>
        <w:t>Norma de lucru: ______ ore/zi    Durata contractului: ____________________</w:t>
      </w:r>
    </w:p>
    <w:p>
      <w:pPr>
        <w:spacing w:before="200"/>
      </w:pPr>
      <w:r>
        <w:rPr>
          <w:b/>
        </w:rPr>
        <w:t>Cerinţe de ocupare a postului</w:t>
      </w:r>
    </w:p>
    <w:p>
      <w:r>
        <w:t>Studii / calificare: ________________________________________________________</w:t>
      </w:r>
    </w:p>
    <w:p>
      <w:r>
        <w:t>Experienţă în activitate: ___________________________________________________</w:t>
      </w:r>
    </w:p>
    <w:p>
      <w:r>
        <w:t>Alte cerinţe: ______________________________________________________________</w:t>
      </w:r>
    </w:p>
    <w:p>
      <w:pPr>
        <w:spacing w:before="40"/>
      </w:pPr>
      <w:r>
        <w:rPr>
          <w:i/>
          <w:color w:val="606060"/>
          <w:sz w:val="17"/>
        </w:rPr>
        <w:t>Cerinţele din anunţ trebuie să fie aceleaşi cu cele comunicate agenţiei pentru ocuparea forţei de muncă la declararea locului de muncă vacant. O diferenţă între cele două este unul dintre motivele frecvente de returnare a dosarului.</w:t>
      </w:r>
    </w:p>
    <w:p>
      <w:pPr>
        <w:spacing w:before="200"/>
      </w:pPr>
      <w:r>
        <w:rPr>
          <w:b/>
        </w:rPr>
        <w:t>Organizarea selecţiei</w:t>
      </w:r>
    </w:p>
    <w:p>
      <w:r>
        <w:t>Data selecţiei: ____________________  Ora: ____________</w:t>
      </w:r>
    </w:p>
    <w:p>
      <w:r>
        <w:t>Locul desfăşurării selecţiei: ________________________________________________</w:t>
      </w:r>
    </w:p>
    <w:p>
      <w:r>
        <w:t>Modalitatea de desfăşurare: ☐ interviu  ☐ probă practică  ☐ probă scrisă  ☐ altele ____________</w:t>
      </w:r>
    </w:p>
    <w:p>
      <w:r>
        <w:t>Termenul până la care se depun candidaturile: ____________________</w:t>
      </w:r>
    </w:p>
    <w:p>
      <w:pPr>
        <w:spacing w:before="200"/>
      </w:pPr>
      <w:r>
        <w:rPr>
          <w:b/>
        </w:rPr>
        <w:t>Datele de contact ale angajatorului</w:t>
      </w:r>
    </w:p>
    <w:p>
      <w:r>
        <w:t>Persoană de contact: ____________________________  Funcţia: ____________________</w:t>
      </w:r>
    </w:p>
    <w:p>
      <w:r>
        <w:t>Telefon: ________________  E-mail: ________________________________</w:t>
      </w:r>
    </w:p>
    <w:p>
      <w:r>
        <w:t>Adresa pentru transmiterea candidaturilor: ____________________________________</w:t>
      </w:r>
    </w:p>
    <w:p>
      <w:r/>
    </w:p>
    <w:p>
      <w:r>
        <w:t>Data publicării: ____________________</w:t>
      </w:r>
    </w:p>
    <w:p>
      <w:r>
        <w:t>Mijlocul de informare în masă în care a fost publicat: ____________________________</w:t>
      </w:r>
    </w:p>
    <w:p>
      <w:pPr>
        <w:spacing w:before="40"/>
      </w:pPr>
      <w:r>
        <w:rPr>
          <w:i/>
          <w:color w:val="606060"/>
          <w:sz w:val="17"/>
        </w:rPr>
        <w:t>Anunţul se publică după eliberarea adeverinţei de către agenţia pentru ocuparea forţei de muncă. La dosar se depune dovada publicării, nu doar textul anunţului.</w:t>
      </w:r>
    </w:p>
    <w:p/>
    <w:p>
      <w:r>
        <w:rPr>
          <w:i/>
          <w:color w:val="707070"/>
          <w:sz w:val="16"/>
        </w:rPr>
        <w:t>Structura acestui model urmează cerinţele de conţinut publicate de Inspectoratul General pentru Imigrări în opisul dosarului pentru avizul de angajare şi prevederile Ordonanţei Guvernului nr. 25/2014, formă consolidată. Este un punct de plecare pentru redactare, nu consultanţă juridică. Verificaţi opisul în vigoare pe portaligi.mai.gov.ro înainte de depunere.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