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Nr. ________ / data 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CERERE MOTIVATĂ</w:t>
      </w:r>
    </w:p>
    <w:p>
      <w:pPr>
        <w:jc w:val="center"/>
      </w:pPr>
      <w:r>
        <w:t>pentru eliberarea avizului de angajare în muncă</w:t>
      </w:r>
    </w:p>
    <w:p>
      <w:r/>
    </w:p>
    <w:p>
      <w:r>
        <w:t>Către: Inspectoratul General pentru Imigrări</w:t>
      </w:r>
    </w:p>
    <w:p>
      <w:pPr>
        <w:spacing w:before="40"/>
      </w:pPr>
      <w:r>
        <w:rPr>
          <w:i/>
          <w:color w:val="606060"/>
          <w:sz w:val="17"/>
        </w:rPr>
        <w:t>Formaţiunea teritorială: _______________________________</w:t>
      </w:r>
    </w:p>
    <w:p>
      <w:r/>
    </w:p>
    <w:p>
      <w:pPr>
        <w:spacing w:before="200"/>
      </w:pPr>
      <w:r>
        <w:rPr>
          <w:b/>
        </w:rPr>
        <w:t>I. Datele de identificare ale angajatorului</w:t>
      </w:r>
    </w:p>
    <w:p>
      <w:r>
        <w:t>Denumirea societăţii: ______________________________________________________</w:t>
      </w:r>
    </w:p>
    <w:p>
      <w:r>
        <w:t>Sediul social: ____________________________________________________________</w:t>
      </w:r>
    </w:p>
    <w:p>
      <w:r>
        <w:t>Cod unic de înregistrare (CUI): ______________  Nr. ordine registrul comerţului: ______________</w:t>
      </w:r>
    </w:p>
    <w:p>
      <w:r>
        <w:t>Reprezentată legal prin: ____________________________, în calitate de ____________________</w:t>
      </w:r>
    </w:p>
    <w:p>
      <w:r>
        <w:t>Telefon: ________________  E-mail: ________________________________</w:t>
      </w:r>
    </w:p>
    <w:p>
      <w:pPr>
        <w:spacing w:before="200"/>
      </w:pPr>
      <w:r>
        <w:rPr>
          <w:b/>
        </w:rPr>
        <w:t>II. Activitatea desfăşurată efectiv de angajator</w:t>
      </w:r>
    </w:p>
    <w:p>
      <w:r>
        <w:t>Obiect principal de activitate (cod CAEN): ______  ______________________________________</w:t>
      </w:r>
    </w:p>
    <w:p>
      <w:pPr>
        <w:jc w:val="both"/>
      </w:pPr>
      <w:r>
        <w:t>Descrierea activităţii desfăşurate efectiv: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IGI cere ca din cerere să reiasă activitatea sau activităţile pe care le desfăşoară efectiv angajatorul, nu doar obiectul de activitate înscris la registrul comerţului.</w:t>
      </w:r>
    </w:p>
    <w:p>
      <w:pPr>
        <w:spacing w:before="200"/>
      </w:pPr>
      <w:r>
        <w:rPr>
          <w:b/>
        </w:rPr>
        <w:t>III. Datele de identificare ale străinului</w:t>
      </w:r>
    </w:p>
    <w:p>
      <w:r>
        <w:t>Numele şi prenumele: ______________________________________________________</w:t>
      </w:r>
    </w:p>
    <w:p>
      <w:r>
        <w:t>Cetăţenia: ________________  Data naşterii: ____________________</w:t>
      </w:r>
    </w:p>
    <w:p>
      <w:r>
        <w:t>Document de trecere a frontierei: seria ______ nr. ____________, valabil până la ____________</w:t>
      </w:r>
    </w:p>
    <w:p>
      <w:pPr>
        <w:spacing w:before="200"/>
      </w:pPr>
      <w:r>
        <w:rPr>
          <w:b/>
        </w:rPr>
        <w:t>IV. Locul de muncă vacant</w:t>
      </w:r>
    </w:p>
    <w:p>
      <w:r>
        <w:t>Denumirea funcţiei: ______________________________________________________</w:t>
      </w:r>
    </w:p>
    <w:p>
      <w:r>
        <w:t>Codul COR: ______________</w:t>
      </w:r>
    </w:p>
    <w:p>
      <w:r>
        <w:t>Locul desfăşurării activităţii: ______________________________________________</w:t>
      </w:r>
    </w:p>
    <w:p>
      <w:r>
        <w:t>Durata contractului individual de muncă: ____________________  Norma: ______ ore/zi</w:t>
      </w:r>
    </w:p>
    <w:p>
      <w:pPr>
        <w:spacing w:before="200"/>
      </w:pPr>
      <w:r>
        <w:rPr>
          <w:b/>
        </w:rPr>
        <w:t>V. Necesitatea încadrării în muncă a străinului</w:t>
      </w:r>
    </w:p>
    <w:p>
      <w:pPr>
        <w:jc w:val="both"/>
      </w:pPr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Se arată de ce postul nu a putut fi ocupat de pe piaţa internă: rezultatul comunicării locului de muncă vacant către agenţia pentru ocuparea forţei de muncă, publicarea anunţului şi rezultatul selecţiei.</w:t>
      </w:r>
    </w:p>
    <w:p>
      <w:r/>
    </w:p>
    <w:p>
      <w:pPr>
        <w:jc w:val="both"/>
      </w:pPr>
      <w:r>
        <w:t>Anexez prezentei cererea documentele prevăzute în opisul dosarului, în ordinea din opis.</w:t>
      </w:r>
    </w:p>
    <w:p>
      <w:r/>
    </w:p>
    <w:p>
      <w:r/>
    </w:p>
    <w:p>
      <w:pPr>
        <w:jc w:val="right"/>
      </w:pPr>
      <w:r>
        <w:t>Reprezentant legal,</w:t>
      </w:r>
    </w:p>
    <w:p>
      <w:pPr>
        <w:jc w:val="right"/>
      </w:pPr>
      <w:r>
        <w:t>Nume şi prenume: ____________________</w:t>
      </w:r>
    </w:p>
    <w:p>
      <w:pPr>
        <w:jc w:val="right"/>
      </w:pPr>
      <w:r>
        <w:t>Semnătura şi ştampila: ____________________</w:t>
      </w:r>
    </w:p>
    <w:p/>
    <w:p>
      <w:r>
        <w:rPr>
          <w:i/>
          <w:color w:val="707070"/>
          <w:sz w:val="16"/>
        </w:rPr>
        <w:t>Structura acestui model urmează cerinţele de conţinut publicate de Inspectoratul General pentru Imigrări în opisul dosarului pentru avizul de angajare şi prevederile Ordonanţei Guvernului nr. 25/2014, formă consolidată. Este un punct de plecare pentru redactare, nu consultanţă juridică. Verificaţi opisul în vigoare pe portaligi.mai.gov.ro înainte de depunere.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