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Angajator: ______________________________________  CUI: ______________</w:t>
      </w:r>
    </w:p>
    <w:p>
      <w:pPr>
        <w:jc w:val="right"/>
      </w:pPr>
      <w:r>
        <w:t>Nr. ________ / data ____________</w:t>
      </w:r>
    </w:p>
    <w:p>
      <w:r/>
    </w:p>
    <w:p>
      <w:pPr>
        <w:spacing w:after="240"/>
        <w:jc w:val="center"/>
      </w:pPr>
      <w:r>
        <w:rPr>
          <w:b/>
          <w:sz w:val="26"/>
        </w:rPr>
        <w:t>OFERTĂ FERMĂ DE ANGAJARE</w:t>
      </w:r>
    </w:p>
    <w:p>
      <w:r/>
    </w:p>
    <w:p>
      <w:pPr>
        <w:jc w:val="both"/>
      </w:pPr>
      <w:r>
        <w:t>Societatea ______________________________________, cu sediul în ____________________________, CUI ______________, reprezentată legal prin ____________________________, în calitate de ____________________, formulează prezenta ofertă fermă de angajare către:</w:t>
      </w:r>
    </w:p>
    <w:p>
      <w:r/>
    </w:p>
    <w:p>
      <w:r>
        <w:t>Numele şi prenumele: ______________________________________________________</w:t>
      </w:r>
    </w:p>
    <w:p>
      <w:r>
        <w:t>Cetăţenia: ________________  Data naşterii: ____________________</w:t>
      </w:r>
    </w:p>
    <w:p>
      <w:r>
        <w:t>Document de trecere a frontierei: seria ______ nr. ____________</w:t>
      </w:r>
    </w:p>
    <w:p>
      <w:r/>
    </w:p>
    <w:p>
      <w:pPr>
        <w:spacing w:before="200"/>
      </w:pPr>
      <w:r>
        <w:rPr>
          <w:b/>
        </w:rPr>
        <w:t>Condiţiile ofertei</w:t>
      </w:r>
    </w:p>
    <w:p>
      <w:r>
        <w:t>Denumirea funcţiei: ______________________________________________________</w:t>
      </w:r>
    </w:p>
    <w:p>
      <w:r>
        <w:t>Codul COR: ______________</w:t>
      </w:r>
    </w:p>
    <w:p>
      <w:pPr>
        <w:spacing w:before="40"/>
      </w:pPr>
      <w:r>
        <w:rPr>
          <w:i/>
          <w:color w:val="606060"/>
          <w:sz w:val="17"/>
        </w:rPr>
        <w:t>Denumirea şi codul COR sunt obligatorii şi trebuie să coincidă cu fişa postului şi cu cererea motivată.</w:t>
      </w:r>
    </w:p>
    <w:p>
      <w:r>
        <w:t>Norma de lucru: ______ ore/zi, ______ ore/săptămână</w:t>
      </w:r>
    </w:p>
    <w:p>
      <w:r>
        <w:t>Durata pentru care se va încheia contractul individual de muncă: ____________________</w:t>
      </w:r>
    </w:p>
    <w:p>
      <w:pPr>
        <w:spacing w:before="40"/>
      </w:pPr>
      <w:r>
        <w:rPr>
          <w:i/>
          <w:color w:val="606060"/>
          <w:sz w:val="17"/>
        </w:rPr>
        <w:t>Norma de ore şi durata contractului sunt, de asemenea, elemente obligatorii ale ofertei.</w:t>
      </w:r>
    </w:p>
    <w:p>
      <w:r>
        <w:t>Locul desfăşurării activităţii: ______________________________________________</w:t>
      </w:r>
    </w:p>
    <w:p>
      <w:r>
        <w:t>Salariul de bază brut lunar: ____________________ lei</w:t>
      </w:r>
    </w:p>
    <w:p>
      <w:r>
        <w:t>Periodicitatea plăţii: ____________________</w:t>
      </w:r>
    </w:p>
    <w:p>
      <w:r>
        <w:t>Data estimată a începerii activităţii: ____________________</w:t>
      </w:r>
    </w:p>
    <w:p>
      <w:pPr>
        <w:spacing w:before="40"/>
      </w:pPr>
      <w:r>
        <w:rPr>
          <w:i/>
          <w:color w:val="606060"/>
          <w:sz w:val="17"/>
        </w:rPr>
        <w:t>Locul activităţii, remuneraţia şi periodicitatea plăţii sunt elemente facultative în opisul IGI, dar sunt verificate la prelungirea dreptului de şedere, unde salariul trebuie să fie cel puţin la nivelul prevăzut de lege.</w:t>
      </w:r>
    </w:p>
    <w:p>
      <w:r/>
    </w:p>
    <w:p>
      <w:pPr>
        <w:jc w:val="both"/>
      </w:pPr>
      <w:r>
        <w:t>Prezenta ofertă este fermă şi este valabilă până la data de ____________________.</w:t>
      </w:r>
    </w:p>
    <w:p>
      <w:r/>
    </w:p>
    <w:p>
      <w:r/>
    </w:p>
    <w:p>
      <w:r>
        <w:t>Administrator,</w:t>
      </w:r>
    </w:p>
    <w:p>
      <w:r>
        <w:t>Nume şi prenume: ____________________</w:t>
      </w:r>
    </w:p>
    <w:p>
      <w:r>
        <w:t>Semnătura şi ştampila: ____________________</w:t>
      </w:r>
    </w:p>
    <w:p>
      <w:r/>
    </w:p>
    <w:p>
      <w:pPr>
        <w:jc w:val="both"/>
      </w:pPr>
      <w:r>
        <w:t>Am luat la cunoştinţă conţinutul prezentei oferte:</w:t>
      </w:r>
    </w:p>
    <w:p>
      <w:r>
        <w:t>Numele şi prenumele străinului: ____________________________</w:t>
      </w:r>
    </w:p>
    <w:p>
      <w:r>
        <w:t>Semnătura: ____________________   Data: ____________</w:t>
      </w:r>
    </w:p>
    <w:p>
      <w:pPr>
        <w:spacing w:before="40"/>
      </w:pPr>
      <w:r>
        <w:rPr>
          <w:i/>
          <w:color w:val="606060"/>
          <w:sz w:val="17"/>
        </w:rPr>
        <w:t>Oferta se semnează de administratorul societăţii şi se aduce la cunoştinţa străinului.</w:t>
      </w:r>
    </w:p>
    <w:p/>
    <w:p>
      <w:r>
        <w:rPr>
          <w:i/>
          <w:color w:val="707070"/>
          <w:sz w:val="16"/>
        </w:rPr>
        <w:t>Structura acestui model urmează cerinţele de conţinut publicate de Inspectoratul General pentru Imigrări în opisul dosarului pentru avizul de angajare şi prevederile Ordonanţei Guvernului nr. 25/2014, formă consolidată. Este un punct de plecare pentru redactare, nu consultanţă juridică. Verificaţi opisul în vigoare pe portaligi.mai.gov.ro înainte de depunere.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