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Angajator: ______________________________________  CUI: ______________</w:t>
      </w:r>
    </w:p>
    <w:p>
      <w:pPr>
        <w:jc w:val="right"/>
      </w:pPr>
      <w:r>
        <w:t>Nr. ________ / data 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PROCES-VERBAL</w:t>
      </w:r>
    </w:p>
    <w:p>
      <w:pPr>
        <w:jc w:val="center"/>
      </w:pPr>
      <w:r>
        <w:t>privind selecţia realizată pentru ocuparea locului de muncă vacant</w:t>
      </w:r>
    </w:p>
    <w:p>
      <w:r/>
    </w:p>
    <w:p>
      <w:pPr>
        <w:spacing w:before="200"/>
      </w:pPr>
      <w:r>
        <w:rPr>
          <w:b/>
        </w:rPr>
        <w:t>1. Postul pentru care s-a organizat selecţia</w:t>
      </w:r>
    </w:p>
    <w:p>
      <w:r>
        <w:t>Denumirea funcţiei: ______________________________________________________</w:t>
      </w:r>
    </w:p>
    <w:p>
      <w:r>
        <w:t>Codul COR: ______________   Numărul de posturi: ______</w:t>
      </w:r>
    </w:p>
    <w:p>
      <w:r>
        <w:t>Locul desfăşurării activităţii: ______________________________________________</w:t>
      </w:r>
    </w:p>
    <w:p>
      <w:pPr>
        <w:spacing w:before="200"/>
      </w:pPr>
      <w:r>
        <w:rPr>
          <w:b/>
        </w:rPr>
        <w:t>2. Etapele premergătoare selecţiei</w:t>
      </w:r>
    </w:p>
    <w:p>
      <w:pPr>
        <w:jc w:val="both"/>
      </w:pPr>
      <w:r>
        <w:t>Locul de muncă vacant a fost comunicat agenţiei pentru ocuparea forţei de muncă ____________________ la data de ____________.</w:t>
      </w:r>
    </w:p>
    <w:p>
      <w:pPr>
        <w:jc w:val="both"/>
      </w:pPr>
      <w:r>
        <w:t>Adeverinţa cu privire la forţa de muncă disponibilă a fost eliberată la data de ____________.</w:t>
      </w:r>
    </w:p>
    <w:p>
      <w:pPr>
        <w:jc w:val="both"/>
      </w:pPr>
      <w:r>
        <w:t>Anunţul pentru ocuparea locului de muncă vacant a fost publicat în ____________________________ la data de ____________.</w:t>
      </w:r>
    </w:p>
    <w:p>
      <w:pPr>
        <w:spacing w:before="40"/>
      </w:pPr>
      <w:r>
        <w:rPr>
          <w:i/>
          <w:color w:val="606060"/>
          <w:sz w:val="17"/>
        </w:rPr>
        <w:t>Ordinea contează: adeverinţa de la agenţie, apoi publicarea anunţului, apoi selecţia. Adeverinţa trebuie eliberată cu cel mult 90 de zile anterior depunerii cererii, potrivit art. 8 alin. (1) lit. b) din O.G. nr. 25/2014, astfel cum a fost modificat prin Legea nr. 28/2024.</w:t>
      </w:r>
    </w:p>
    <w:p>
      <w:pPr>
        <w:spacing w:before="200"/>
      </w:pPr>
      <w:r>
        <w:rPr>
          <w:b/>
        </w:rPr>
        <w:t>3. Desfăşurarea selecţiei</w:t>
      </w:r>
    </w:p>
    <w:p>
      <w:r>
        <w:t>Data desfăşurării selecţiei: ____________________  Ora: ____________</w:t>
      </w:r>
    </w:p>
    <w:p>
      <w:r>
        <w:t>Locul desfăşurării selecţiei: ________________________________________________</w:t>
      </w:r>
    </w:p>
    <w:p>
      <w:r>
        <w:t>Modalitatea de desfăşurare: __________________________________________________</w:t>
      </w:r>
    </w:p>
    <w:p>
      <w:r>
        <w:t>Numărul total de candidaţi prezentaţi: ______</w:t>
      </w:r>
    </w:p>
    <w:p>
      <w:pPr>
        <w:spacing w:before="200"/>
      </w:pPr>
      <w:r>
        <w:rPr>
          <w:b/>
        </w:rPr>
        <w:t>4. Reprezentanţii angajatorului prezenţi la selecţie</w:t>
      </w:r>
    </w:p>
    <w:p>
      <w:r>
        <w:t>1. Nume şi prenume: ____________________________  Funcţia: ____________________</w:t>
      </w:r>
    </w:p>
    <w:p>
      <w:r>
        <w:t>2. Nume şi prenume: ____________________________  Funcţia: ____________________</w:t>
      </w:r>
    </w:p>
    <w:p>
      <w:r>
        <w:t>3. Nume şi prenume: ____________________________  Funcţia: ____________________</w:t>
      </w:r>
    </w:p>
    <w:p>
      <w:pPr>
        <w:spacing w:before="40"/>
      </w:pPr>
      <w:r>
        <w:rPr>
          <w:i/>
          <w:color w:val="606060"/>
          <w:sz w:val="17"/>
        </w:rPr>
        <w:t>IGI cere nominalizarea reprezentanţilor societăţii prezenţi la realizarea selecţiei.</w:t>
      </w:r>
    </w:p>
    <w:p>
      <w:pPr>
        <w:spacing w:before="200"/>
      </w:pPr>
      <w:r>
        <w:rPr>
          <w:b/>
        </w:rPr>
        <w:t>5. Candidatul selectat</w:t>
      </w:r>
    </w:p>
    <w:p>
      <w:r>
        <w:t>Numele şi prenumele: ______________________________________________________</w:t>
      </w:r>
    </w:p>
    <w:p>
      <w:r>
        <w:t>Cetăţenia: ________________  Data naşterii: ____________________</w:t>
      </w:r>
    </w:p>
    <w:p>
      <w:r>
        <w:t>Document de trecere a frontierei: seria ______ nr. ____________</w:t>
      </w:r>
    </w:p>
    <w:p>
      <w:pPr>
        <w:jc w:val="both"/>
      </w:pPr>
      <w:r>
        <w:t>Modul în care candidatul a luat legătura cu angajatorul:</w:t>
      </w:r>
    </w:p>
    <w:p>
      <w:r>
        <w:t>________________________________________________________________________________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Acesta este un element cerut expres de IGI şi este cel mai des omis din procesele-verbale.</w:t>
      </w:r>
    </w:p>
    <w:p>
      <w:pPr>
        <w:spacing w:before="200"/>
      </w:pPr>
      <w:r>
        <w:rPr>
          <w:b/>
        </w:rPr>
        <w:t>6. Constatările comisiei</w:t>
      </w:r>
    </w:p>
    <w:p>
      <w:pPr>
        <w:jc w:val="both"/>
      </w:pPr>
      <w:r>
        <w:t>În urma selecţiei, comisia constată că domnul/doamna ____________________________ îndeplineşte condiţiile de pregătire profesională şi experienţă în activitate prevăzute de legislaţia în vigoare pentru ocuparea locului de muncă vacant, astfel:</w:t>
      </w:r>
    </w:p>
    <w:p>
      <w:r>
        <w:t>Pregătire profesională: _____________________________________________________</w:t>
      </w:r>
    </w:p>
    <w:p>
      <w:r>
        <w:t>Experienţă în activitate: ___________________________________________________</w:t>
      </w:r>
    </w:p>
    <w:p>
      <w:r/>
    </w:p>
    <w:p>
      <w:pPr>
        <w:jc w:val="both"/>
      </w:pPr>
      <w:r>
        <w:t>Motivarea neselectării celorlalţi candidaţi, dacă este cazul:</w:t>
      </w:r>
    </w:p>
    <w:p>
      <w:r>
        <w:t>________________________________________________________________________________</w:t>
      </w:r>
    </w:p>
    <w:p>
      <w:r/>
    </w:p>
    <w:p>
      <w:pPr>
        <w:jc w:val="both"/>
      </w:pPr>
      <w:r>
        <w:t>Prezentul proces-verbal a fost încheiat astăzi, ____________, în ______ exemplare.</w:t>
      </w:r>
    </w:p>
    <w:p>
      <w:r/>
    </w:p>
    <w:p>
      <w:r/>
    </w:p>
    <w:p>
      <w:pPr>
        <w:spacing w:before="200"/>
      </w:pPr>
      <w:r>
        <w:rPr>
          <w:b/>
        </w:rPr>
        <w:t>Semnături</w:t>
      </w:r>
    </w:p>
    <w:p>
      <w:r>
        <w:t>1. ____________________________  ____________________________</w:t>
      </w:r>
    </w:p>
    <w:p>
      <w:r>
        <w:t>2. ____________________________  ____________________________</w:t>
      </w:r>
    </w:p>
    <w:p>
      <w:r>
        <w:t>3. ____________________________  ____________________________</w:t>
      </w:r>
    </w:p>
    <w:p/>
    <w:p>
      <w:r>
        <w:rPr>
          <w:i/>
          <w:color w:val="707070"/>
          <w:sz w:val="16"/>
        </w:rPr>
        <w:t>Structura acestui model urmează cerinţele de conţinut publicate de Inspectoratul General pentru Imigrări în opisul dosarului pentru avizul de angajare şi prevederile Ordonanţei Guvernului nr. 25/2014, formă consolidată. Este un punct de plecare pentru redactare, nu consultanţă juridică. Verificaţi opisul în vigoare pe portaligi.mai.gov.ro înainte de depunere.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