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Munkáltató neve: ______________________________________________</w:t>
      </w:r>
    </w:p>
    <w:p>
      <w:r>
        <w:t>Székhelye: ____________________________________________________</w:t>
      </w:r>
    </w:p>
    <w:p>
      <w:r>
        <w:t>Adószáma: ______________  Cégjegyzékszám: ______________</w:t>
      </w:r>
    </w:p>
    <w:p>
      <w:pPr>
        <w:jc w:val="right"/>
      </w:pPr>
      <w:r>
        <w:t>Iktatószám: ________ / Kelt: ____________</w:t>
      </w:r>
    </w:p>
    <w:p>
      <w:r/>
    </w:p>
    <w:p>
      <w:pPr>
        <w:spacing w:after="240"/>
        <w:jc w:val="center"/>
      </w:pPr>
      <w:r>
        <w:rPr>
          <w:b/>
          <w:sz w:val="26"/>
        </w:rPr>
        <w:t>MUNKÁLTATÓI JÖVEDELEMIGAZOLÁS</w:t>
      </w:r>
    </w:p>
    <w:p>
      <w:r/>
    </w:p>
    <w:p>
      <w:pPr>
        <w:jc w:val="both"/>
      </w:pPr>
      <w:r>
        <w:t>Alulírott munkáltató igazolom, hogy az alábbi munkavállaló nálam áll munkaviszonyban.</w:t>
      </w:r>
    </w:p>
    <w:p>
      <w:r/>
    </w:p>
    <w:p>
      <w:pPr>
        <w:spacing w:before="200"/>
      </w:pPr>
      <w:r>
        <w:rPr>
          <w:b/>
        </w:rPr>
        <w:t>1. A munkavállaló adatai</w:t>
      </w:r>
    </w:p>
    <w:p>
      <w:r>
        <w:t>Neve: _________________________________________________________</w:t>
      </w:r>
    </w:p>
    <w:p>
      <w:r>
        <w:t>Születési neve: ________________________________________________</w:t>
      </w:r>
    </w:p>
    <w:p>
      <w:r>
        <w:t>Születési hely, idő: ____________________________________________</w:t>
      </w:r>
    </w:p>
    <w:p>
      <w:r>
        <w:t>Anyja neve: ____________________________________________________</w:t>
      </w:r>
    </w:p>
    <w:p>
      <w:r>
        <w:t>Lakcíme: _______________________________________________________</w:t>
      </w:r>
    </w:p>
    <w:p>
      <w:r>
        <w:t>Adóazonosító jele: ______________  TAJ-száma: ______________</w:t>
      </w:r>
    </w:p>
    <w:p>
      <w:pPr>
        <w:spacing w:before="200"/>
      </w:pPr>
      <w:r>
        <w:rPr>
          <w:b/>
        </w:rPr>
        <w:t>2. A munkaviszony adatai</w:t>
      </w:r>
    </w:p>
    <w:p>
      <w:r>
        <w:t>Munkakör (FEOR szerinti besorolás): ____________________________</w:t>
      </w:r>
    </w:p>
    <w:p>
      <w:r>
        <w:t>A munkaviszony kezdete: ____________________</w:t>
      </w:r>
    </w:p>
    <w:p>
      <w:r>
        <w:t>A munkaviszony típusa:  ☐ határozatlan idejű   ☐ határozott idejű, eddig: ____________</w:t>
      </w:r>
    </w:p>
    <w:p>
      <w:r>
        <w:t>Foglalkoztatás:  ☐ teljes munkaidő   ☐ részmunkaidő, heti ______ óra</w:t>
      </w:r>
    </w:p>
    <w:p>
      <w:pPr>
        <w:spacing w:before="40"/>
      </w:pPr>
      <w:r>
        <w:rPr>
          <w:i/>
          <w:color w:val="606060"/>
          <w:sz w:val="17"/>
        </w:rPr>
        <w:t>A határozott vagy határozatlan idő kérdése minden banknál szerepel, és a legtöbb elbírálásnál súlya van.</w:t>
      </w:r>
    </w:p>
    <w:p>
      <w:pPr>
        <w:spacing w:before="200"/>
      </w:pPr>
      <w:r>
        <w:rPr>
          <w:b/>
        </w:rPr>
        <w:t>3. Jövedelem</w:t>
      </w:r>
    </w:p>
    <w:p>
      <w:r>
        <w:t>Az utolsó ______ hónap havi átlagos bruttó jövedelme: ____________________ Ft</w:t>
      </w:r>
    </w:p>
    <w:p>
      <w:r>
        <w:t>Az utolsó ______ hónap havi átlagos nettó jövedelme: ____________________ Ft</w:t>
      </w:r>
    </w:p>
    <w:p>
      <w:r>
        <w:t>A jövedelem kifizetése:  ☐ bankszámlára   ☐ egyéb: ____________________</w:t>
      </w:r>
    </w:p>
    <w:p>
      <w:r>
        <w:t>A bankszámlát vezető pénzintézet: ______________________________</w:t>
      </w:r>
    </w:p>
    <w:p>
      <w:pPr>
        <w:spacing w:before="40"/>
      </w:pPr>
      <w:r>
        <w:rPr>
          <w:i/>
          <w:color w:val="606060"/>
          <w:sz w:val="17"/>
        </w:rPr>
        <w:t>A vizsgált időszak hosszát a bank határozza meg, jellemzően három vagy hat hónap. Az igazolás kiállításától számított 30 napnál nem lehet régebbi.</w:t>
      </w:r>
    </w:p>
    <w:p>
      <w:pPr>
        <w:spacing w:before="200"/>
      </w:pPr>
      <w:r>
        <w:rPr>
          <w:b/>
        </w:rPr>
        <w:t>4. Nyilatkozatok</w:t>
      </w:r>
    </w:p>
    <w:p>
      <w:r>
        <w:t>A munkavállaló próbaideje:  ☐ letelt   ☐ tart, eddig: ____________</w:t>
      </w:r>
    </w:p>
    <w:p>
      <w:r>
        <w:t>A munkaviszony felmondás alatt áll:  ☐ nem   ☐ igen</w:t>
      </w:r>
    </w:p>
    <w:p>
      <w:r>
        <w:t>A munkavállaló jövedelmét terhelő letiltás, végrehajtás:  ☐ nincs   ☐ van, összege: ____________ Ft</w:t>
      </w:r>
    </w:p>
    <w:p>
      <w:pPr>
        <w:spacing w:before="40"/>
      </w:pPr>
      <w:r>
        <w:rPr>
          <w:i/>
          <w:color w:val="606060"/>
          <w:sz w:val="17"/>
        </w:rPr>
        <w:t>Ez a három pont az, ami miatt a bank egyáltalán munkáltatói igazolást kér, és nem elégszik meg a NAV jövedelemigazolásával: ezeket csak a munkáltató tudja.</w:t>
      </w:r>
    </w:p>
    <w:p>
      <w:r/>
    </w:p>
    <w:p>
      <w:pPr>
        <w:jc w:val="both"/>
      </w:pPr>
      <w:r>
        <w:t>A munkáltató a jelen igazolás kiállításakor nem tervezi a munkaviszony megszüntetését, illetve a munkabér csökkentését:  ☐ igen   ☐ nem nyilatkozik</w:t>
      </w:r>
    </w:p>
    <w:p>
      <w:pPr>
        <w:spacing w:before="40"/>
      </w:pPr>
      <w:r>
        <w:rPr>
          <w:i/>
          <w:color w:val="606060"/>
          <w:sz w:val="17"/>
        </w:rPr>
        <w:t>Egyes bankok kérik, mások nem. Ha a munkáltató nem tud felelősséggel nyilatkozni a jövőről, ezt a sort érdemes üresen hagyni, nem pedig kitölteni.</w:t>
      </w:r>
    </w:p>
    <w:p>
      <w:pPr>
        <w:spacing w:before="200"/>
      </w:pPr>
      <w:r>
        <w:rPr>
          <w:b/>
        </w:rPr>
        <w:t>5. Az igazolást kiállító adatai</w:t>
      </w:r>
    </w:p>
    <w:p>
      <w:r>
        <w:t>Neve: ____________________________  Beosztása: ____________________</w:t>
      </w:r>
    </w:p>
    <w:p>
      <w:r>
        <w:t>Telefonszáma: ________________  E-mail-címe: ____________________</w:t>
      </w:r>
    </w:p>
    <w:p>
      <w:pPr>
        <w:spacing w:before="40"/>
      </w:pPr>
      <w:r>
        <w:rPr>
          <w:i/>
          <w:color w:val="606060"/>
          <w:sz w:val="17"/>
        </w:rPr>
        <w:t>A bank visszahívhat az adatok ellenőrzése végett, ezért a telefonszám valós elérhetőség legyen.</w:t>
      </w:r>
    </w:p>
    <w:p>
      <w:r/>
    </w:p>
    <w:p>
      <w:r/>
    </w:p>
    <w:p>
      <w:r>
        <w:t>Kelt: ____________________, ______ év ____________ hó ______ nap</w:t>
      </w:r>
    </w:p>
    <w:p>
      <w:r/>
    </w:p>
    <w:p>
      <w:pPr>
        <w:jc w:val="right"/>
      </w:pPr>
      <w:r>
        <w:t>____________________________</w:t>
      </w:r>
    </w:p>
    <w:p>
      <w:pPr>
        <w:jc w:val="right"/>
      </w:pPr>
      <w:r>
        <w:t>cégszerű aláírás, bélyegző</w:t>
      </w:r>
    </w:p>
    <w:p/>
    <w:p>
      <w:r>
        <w:rPr>
          <w:i/>
          <w:color w:val="707070"/>
          <w:sz w:val="16"/>
        </w:rPr>
        <w:t>Ez egy általános minta. A hitelintézetek saját formanyomtatványt adnak ki, és ha a bank a saját nyomtatványát kéri, azt kell kitölteni. A minta azokat az adatokat tartalmazza, amelyeket a bankok jellemzően kérnek. Nem jogi tanácsadás.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