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right"/>
      </w:pPr>
      <w:r>
        <w:rPr>
          <w:b w:val="0"/>
          <w:i w:val="0"/>
          <w:sz w:val="16"/>
        </w:rPr>
        <w:t>Załącznik do rozporządzenia Ministra Rodziny, Pracy i Polityki Społecznej</w:t>
        <w:br/>
        <w:t>z dnia 30 grudnia 2016 r. (Dz. U. z 2024 r. poz. 1016)</w:t>
      </w:r>
    </w:p>
    <w:p>
      <w:pPr>
        <w:spacing w:after="320"/>
        <w:jc w:val="center"/>
      </w:pPr>
      <w:r>
        <w:rPr>
          <w:b w:val="0"/>
          <w:i/>
          <w:sz w:val="22"/>
        </w:rPr>
        <w:t>WZÓR</w:t>
      </w:r>
    </w:p>
    <w:p>
      <w:pPr>
        <w:spacing w:after="0"/>
      </w:pPr>
      <w:r>
        <w:rPr>
          <w:b w:val="0"/>
          <w:i w:val="0"/>
          <w:sz w:val="22"/>
        </w:rPr>
        <w:t>......................................                    ......................................</w:t>
      </w:r>
    </w:p>
    <w:p>
      <w:pPr>
        <w:spacing w:after="0"/>
      </w:pPr>
      <w:r>
        <w:rPr>
          <w:b w:val="0"/>
          <w:i w:val="0"/>
          <w:sz w:val="16"/>
        </w:rPr>
        <w:t>(pracodawca oraz jego siedziba lub                                (miejscowość i data)</w:t>
      </w:r>
    </w:p>
    <w:p>
      <w:pPr>
        <w:spacing w:after="160"/>
      </w:pPr>
      <w:r>
        <w:rPr>
          <w:b w:val="0"/>
          <w:i w:val="0"/>
          <w:sz w:val="16"/>
        </w:rPr>
        <w:t>miejsce zamieszkania)</w:t>
      </w:r>
    </w:p>
    <w:p>
      <w:pPr>
        <w:spacing w:after="0"/>
      </w:pPr>
      <w:r>
        <w:rPr>
          <w:b w:val="0"/>
          <w:i w:val="0"/>
          <w:sz w:val="22"/>
        </w:rPr>
        <w:t>......................................</w:t>
      </w:r>
    </w:p>
    <w:p>
      <w:pPr>
        <w:spacing w:after="280"/>
      </w:pPr>
      <w:r>
        <w:rPr>
          <w:b w:val="0"/>
          <w:i w:val="0"/>
          <w:sz w:val="16"/>
        </w:rPr>
        <w:t>(numer NIP lub REGON-PKD)</w:t>
      </w:r>
    </w:p>
    <w:p>
      <w:pPr>
        <w:spacing w:after="280"/>
        <w:jc w:val="center"/>
      </w:pPr>
      <w:r>
        <w:rPr>
          <w:b/>
          <w:i w:val="0"/>
          <w:sz w:val="22"/>
        </w:rPr>
        <w:t>ŚWIADECTWO PRACY</w:t>
      </w:r>
    </w:p>
    <w:p>
      <w:pPr>
        <w:spacing w:after="0"/>
      </w:pPr>
      <w:r>
        <w:rPr>
          <w:b w:val="0"/>
          <w:i w:val="0"/>
          <w:sz w:val="22"/>
        </w:rPr>
        <w:t>1.  Stwierdza się, że ............................................................</w:t>
      </w:r>
    </w:p>
    <w:p>
      <w:pPr>
        <w:spacing w:after="160"/>
        <w:ind w:left="907"/>
        <w:jc w:val="center"/>
      </w:pPr>
      <w:r>
        <w:rPr>
          <w:b w:val="0"/>
          <w:i w:val="0"/>
          <w:sz w:val="16"/>
        </w:rPr>
        <w:t>(imię (imiona) i nazwisko pracownika)</w:t>
      </w:r>
    </w:p>
    <w:p>
      <w:pPr>
        <w:spacing w:after="0"/>
      </w:pPr>
      <w:r>
        <w:rPr>
          <w:b w:val="0"/>
          <w:i w:val="0"/>
          <w:sz w:val="22"/>
        </w:rPr>
        <w:t>urodzony ............................................................</w:t>
      </w:r>
    </w:p>
    <w:p>
      <w:pPr>
        <w:spacing w:after="160"/>
        <w:ind w:left="907"/>
        <w:jc w:val="center"/>
      </w:pPr>
      <w:r>
        <w:rPr>
          <w:b w:val="0"/>
          <w:i w:val="0"/>
          <w:sz w:val="16"/>
        </w:rPr>
        <w:t>(data urodzenia)</w:t>
      </w:r>
    </w:p>
    <w:p>
      <w:pPr>
        <w:spacing w:after="0"/>
      </w:pPr>
      <w:r>
        <w:rPr>
          <w:b w:val="0"/>
          <w:i w:val="0"/>
          <w:sz w:val="22"/>
        </w:rPr>
        <w:t>był zatrudniony ............................................................</w:t>
      </w:r>
    </w:p>
    <w:p>
      <w:pPr>
        <w:spacing w:after="0"/>
      </w:pPr>
      <w:r>
        <w:rPr>
          <w:b w:val="0"/>
          <w:i w:val="0"/>
          <w:sz w:val="22"/>
        </w:rPr>
        <w:t>............................................................</w:t>
      </w:r>
    </w:p>
    <w:p>
      <w:pPr>
        <w:spacing w:after="160"/>
        <w:ind w:left="907"/>
        <w:jc w:val="center"/>
      </w:pPr>
      <w:r>
        <w:rPr>
          <w:b w:val="0"/>
          <w:i w:val="0"/>
          <w:sz w:val="16"/>
        </w:rPr>
        <w:t>(pracodawca)</w:t>
      </w:r>
    </w:p>
    <w:p>
      <w:pPr>
        <w:spacing w:after="80"/>
      </w:pPr>
      <w:r>
        <w:rPr>
          <w:b w:val="0"/>
          <w:i w:val="0"/>
          <w:sz w:val="22"/>
        </w:rPr>
        <w:t>w okresie od ........................... do ........................... w wymiarze ...........................</w:t>
      </w:r>
    </w:p>
    <w:p>
      <w:pPr>
        <w:spacing w:after="80"/>
      </w:pPr>
      <w:r>
        <w:rPr>
          <w:b w:val="0"/>
          <w:i w:val="0"/>
          <w:sz w:val="22"/>
        </w:rPr>
        <w:t>w okresie od ........................... do ........................... w wymiarze ...........................</w:t>
      </w:r>
    </w:p>
    <w:p>
      <w:pPr>
        <w:spacing w:after="80"/>
      </w:pPr>
      <w:r>
        <w:rPr>
          <w:b w:val="0"/>
          <w:i w:val="0"/>
          <w:sz w:val="22"/>
        </w:rPr>
        <w:t>w okresie od ........................... do ........................... w wymiarze ...........................</w:t>
      </w:r>
    </w:p>
    <w:p>
      <w:pPr>
        <w:spacing w:after="80"/>
      </w:pPr>
    </w:p>
    <w:p>
      <w:pPr>
        <w:spacing w:after="160"/>
      </w:pPr>
      <w:r>
        <w:rPr>
          <w:b w:val="0"/>
          <w:i w:val="0"/>
          <w:sz w:val="22"/>
        </w:rPr>
        <w:t>2.  W okresie zatrudnienia pracownik wykonywał pracę tymczasową na rzecz:</w:t>
      </w:r>
    </w:p>
    <w:p>
      <w:pPr>
        <w:spacing w:after="0"/>
      </w:pPr>
      <w:r>
        <w:rPr>
          <w:b w:val="0"/>
          <w:i w:val="0"/>
          <w:sz w:val="22"/>
        </w:rPr>
        <w:t>.................................. w okresie od ........................... do ...........................</w:t>
      </w:r>
    </w:p>
    <w:p>
      <w:pPr>
        <w:spacing w:after="160"/>
        <w:ind w:left="283"/>
      </w:pPr>
      <w:r>
        <w:rPr>
          <w:b w:val="0"/>
          <w:i w:val="0"/>
          <w:sz w:val="16"/>
        </w:rPr>
        <w:t>(pracodawca użytkownik)</w:t>
      </w:r>
    </w:p>
    <w:p>
      <w:pPr>
        <w:spacing w:after="0"/>
      </w:pPr>
      <w:r>
        <w:rPr>
          <w:b w:val="0"/>
          <w:i w:val="0"/>
          <w:sz w:val="22"/>
        </w:rPr>
        <w:t>.................................. w okresie od ........................... do ...........................</w:t>
      </w:r>
    </w:p>
    <w:p>
      <w:pPr>
        <w:spacing w:after="160"/>
        <w:ind w:left="283"/>
      </w:pPr>
      <w:r>
        <w:rPr>
          <w:b w:val="0"/>
          <w:i w:val="0"/>
          <w:sz w:val="16"/>
        </w:rPr>
        <w:t>(pracodawca użytkownik)</w:t>
      </w:r>
    </w:p>
    <w:p>
      <w:pPr>
        <w:spacing w:after="0"/>
      </w:pPr>
      <w:r>
        <w:rPr>
          <w:b w:val="0"/>
          <w:i w:val="0"/>
          <w:sz w:val="22"/>
        </w:rPr>
        <w:t>.................................. w okresie od ........................... do ...........................</w:t>
      </w:r>
    </w:p>
    <w:p>
      <w:pPr>
        <w:spacing w:after="160"/>
        <w:ind w:left="283"/>
      </w:pPr>
      <w:r>
        <w:rPr>
          <w:b w:val="0"/>
          <w:i w:val="0"/>
          <w:sz w:val="16"/>
        </w:rPr>
        <w:t>(pracodawca użytkownik)</w:t>
      </w:r>
    </w:p>
    <w:p>
      <w:pPr>
        <w:spacing w:after="0"/>
      </w:pPr>
      <w:r>
        <w:rPr>
          <w:b w:val="0"/>
          <w:i w:val="0"/>
          <w:sz w:val="22"/>
        </w:rPr>
        <w:t>3.  W okresie zatrudnienia pracownik wykonywał pracę ........................................</w:t>
      </w:r>
    </w:p>
    <w:p>
      <w:pPr>
        <w:spacing w:after="0"/>
      </w:pPr>
      <w:r>
        <w:rPr>
          <w:b w:val="0"/>
          <w:i w:val="0"/>
          <w:sz w:val="22"/>
        </w:rPr>
        <w:t>............................................................</w:t>
      </w:r>
    </w:p>
    <w:p>
      <w:pPr>
        <w:spacing w:after="0"/>
      </w:pPr>
      <w:r>
        <w:rPr>
          <w:b w:val="0"/>
          <w:i w:val="0"/>
          <w:sz w:val="22"/>
        </w:rPr>
        <w:t>............................................................</w:t>
      </w:r>
    </w:p>
    <w:p>
      <w:pPr>
        <w:spacing w:after="160"/>
        <w:ind w:left="907"/>
        <w:jc w:val="center"/>
      </w:pPr>
      <w:r>
        <w:rPr>
          <w:b w:val="0"/>
          <w:i w:val="0"/>
          <w:sz w:val="16"/>
        </w:rPr>
        <w:t>(rodzaj wykonywanej pracy lub zajmowane stanowiska, lub pełnione funkcje)</w:t>
      </w:r>
    </w:p>
    <w:p>
      <w:pPr>
        <w:spacing w:after="120"/>
      </w:pPr>
      <w:r>
        <w:rPr>
          <w:b w:val="0"/>
          <w:i w:val="0"/>
          <w:sz w:val="22"/>
        </w:rPr>
        <w:t>4.  Stosunek pracy ustał w wyniku:</w:t>
      </w:r>
    </w:p>
    <w:p>
      <w:pPr>
        <w:spacing w:after="0"/>
        <w:ind w:left="340"/>
      </w:pPr>
      <w:r>
        <w:rPr>
          <w:b w:val="0"/>
          <w:i w:val="0"/>
          <w:sz w:val="22"/>
        </w:rPr>
        <w:t>a)  rozwiązania ..............................................</w:t>
      </w:r>
    </w:p>
    <w:p>
      <w:pPr>
        <w:spacing w:after="160"/>
        <w:ind w:left="907"/>
        <w:jc w:val="center"/>
      </w:pPr>
      <w:r>
        <w:rPr>
          <w:b w:val="0"/>
          <w:i w:val="0"/>
          <w:sz w:val="16"/>
        </w:rPr>
        <w:t>(tryb i podstawa prawna rozwiązania stosunku pracy)</w:t>
      </w:r>
    </w:p>
    <w:p>
      <w:pPr>
        <w:spacing w:after="0"/>
        <w:ind w:left="340"/>
      </w:pPr>
      <w:r>
        <w:rPr>
          <w:b w:val="0"/>
          <w:i w:val="0"/>
          <w:sz w:val="22"/>
        </w:rPr>
        <w:t>b)  wygaśnięcia ..............................................</w:t>
      </w:r>
    </w:p>
    <w:p>
      <w:pPr>
        <w:spacing w:after="160"/>
        <w:ind w:left="907"/>
        <w:jc w:val="center"/>
      </w:pPr>
      <w:r>
        <w:rPr>
          <w:b w:val="0"/>
          <w:i w:val="0"/>
          <w:sz w:val="16"/>
        </w:rPr>
        <w:t>(podstawa prawna wygaśnięcia stosunku pracy)</w:t>
      </w:r>
    </w:p>
    <w:p>
      <w:pPr>
        <w:spacing w:after="0"/>
      </w:pPr>
      <w:r>
        <w:rPr>
          <w:b w:val="0"/>
          <w:i w:val="0"/>
          <w:sz w:val="22"/>
        </w:rPr>
        <w:t>5.  Został zastosowany skrócony okres wypowiedzenia umowy o pracę na podstawie art. 36</w:t>
      </w:r>
      <w:r>
        <w:rPr>
          <w:b w:val="0"/>
          <w:i w:val="0"/>
          <w:sz w:val="22"/>
          <w:vertAlign w:val="superscript"/>
        </w:rPr>
        <w:t>1</w:t>
      </w:r>
      <w:r>
        <w:rPr>
          <w:b w:val="0"/>
          <w:i w:val="0"/>
          <w:sz w:val="22"/>
        </w:rPr>
        <w:t xml:space="preserve"> § 1 Kodeksu pracy ........................</w:t>
      </w:r>
    </w:p>
    <w:p>
      <w:pPr>
        <w:spacing w:after="160"/>
        <w:ind w:left="907"/>
        <w:jc w:val="center"/>
      </w:pPr>
      <w:r>
        <w:rPr>
          <w:b w:val="0"/>
          <w:i w:val="0"/>
          <w:sz w:val="16"/>
        </w:rPr>
        <w:t>(okres, o który został skrócony okres wypowiedzenia, uprawniający do odszkodowania)</w:t>
      </w:r>
    </w:p>
    <w:p>
      <w:pPr>
        <w:spacing w:after="160"/>
      </w:pPr>
      <w:r>
        <w:rPr>
          <w:b w:val="0"/>
          <w:i w:val="0"/>
          <w:sz w:val="22"/>
        </w:rPr>
        <w:t>6.  W okresie zatrudnienia pracownik:</w:t>
      </w:r>
    </w:p>
    <w:p>
      <w:pPr>
        <w:spacing w:after="0"/>
        <w:ind w:left="340"/>
      </w:pPr>
      <w:r>
        <w:rPr>
          <w:b w:val="0"/>
          <w:i w:val="0"/>
          <w:sz w:val="22"/>
        </w:rPr>
        <w:t>1)  wykorzystał zwolnienie od pracy przewidziane w art. 148</w:t>
      </w:r>
      <w:r>
        <w:rPr>
          <w:b w:val="0"/>
          <w:i w:val="0"/>
          <w:sz w:val="22"/>
          <w:vertAlign w:val="superscript"/>
        </w:rPr>
        <w:t>1</w:t>
      </w:r>
      <w:r>
        <w:rPr>
          <w:b w:val="0"/>
          <w:i w:val="0"/>
          <w:sz w:val="22"/>
        </w:rPr>
        <w:t xml:space="preserve"> § 1 Kodeksu pracy ................</w:t>
      </w:r>
    </w:p>
    <w:p>
      <w:pPr>
        <w:spacing w:after="160"/>
        <w:ind w:left="907"/>
        <w:jc w:val="center"/>
      </w:pPr>
      <w:r>
        <w:rPr>
          <w:b w:val="0"/>
          <w:i w:val="0"/>
          <w:sz w:val="16"/>
        </w:rPr>
        <w:t>(liczba dni lub godzin zwolnienia wykorzystanego w roku kalendarzowym, w którym ustał stosunek pracy)</w:t>
      </w:r>
    </w:p>
    <w:p>
      <w:pPr>
        <w:spacing w:after="0"/>
        <w:ind w:left="340"/>
      </w:pPr>
      <w:r>
        <w:rPr>
          <w:b w:val="0"/>
          <w:i w:val="0"/>
          <w:sz w:val="22"/>
        </w:rPr>
        <w:t>2)  wykorzystał urlop wypoczynkowy w wymiarze ..............................</w:t>
      </w:r>
    </w:p>
    <w:p>
      <w:pPr>
        <w:spacing w:after="160"/>
        <w:ind w:left="907"/>
        <w:jc w:val="center"/>
      </w:pPr>
      <w:r>
        <w:rPr>
          <w:b w:val="0"/>
          <w:i w:val="0"/>
          <w:sz w:val="16"/>
        </w:rPr>
        <w:t>(urlop wypoczynkowy wykorzystany w roku kalendarzowym, w którym ustał stosunek pracy)</w:t>
      </w:r>
    </w:p>
    <w:p>
      <w:pPr>
        <w:spacing w:after="0"/>
        <w:ind w:left="340"/>
      </w:pPr>
      <w:r>
        <w:rPr>
          <w:b w:val="0"/>
          <w:i w:val="0"/>
          <w:sz w:val="22"/>
        </w:rPr>
        <w:t>w tym ....................................................</w:t>
      </w:r>
    </w:p>
    <w:p>
      <w:pPr>
        <w:spacing w:after="160"/>
        <w:ind w:left="907"/>
        <w:jc w:val="center"/>
      </w:pPr>
      <w:r>
        <w:rPr>
          <w:b w:val="0"/>
          <w:i w:val="0"/>
          <w:sz w:val="16"/>
        </w:rPr>
        <w:t>(urlop wypoczynkowy wykorzystany na podstawie art. 167</w:t>
      </w:r>
      <w:r>
        <w:rPr>
          <w:b w:val="0"/>
          <w:i w:val="0"/>
          <w:sz w:val="16"/>
          <w:vertAlign w:val="superscript"/>
        </w:rPr>
        <w:t>2</w:t>
      </w:r>
      <w:r>
        <w:rPr>
          <w:b w:val="0"/>
          <w:i w:val="0"/>
          <w:sz w:val="16"/>
        </w:rPr>
        <w:t xml:space="preserve"> Kodeksu pracy w roku kalendarzowym, w którym ustał stosunek pracy)</w:t>
      </w:r>
    </w:p>
    <w:p>
      <w:pPr>
        <w:spacing w:after="0"/>
        <w:ind w:left="340"/>
      </w:pPr>
      <w:r>
        <w:rPr>
          <w:b w:val="0"/>
          <w:i w:val="0"/>
          <w:sz w:val="22"/>
        </w:rPr>
        <w:t>3)  wykorzystał urlop opiekuńczy w wymiarze ................................</w:t>
      </w:r>
    </w:p>
    <w:p>
      <w:pPr>
        <w:spacing w:after="160"/>
        <w:ind w:left="907"/>
        <w:jc w:val="center"/>
      </w:pPr>
      <w:r>
        <w:rPr>
          <w:b w:val="0"/>
          <w:i w:val="0"/>
          <w:sz w:val="16"/>
        </w:rPr>
        <w:t>(liczba dni urlopu wykorzystanego w roku kalendarzowym, w którym ustał stosunek pracy)</w:t>
      </w:r>
    </w:p>
    <w:p>
      <w:pPr>
        <w:spacing w:after="0"/>
        <w:ind w:left="340"/>
      </w:pPr>
      <w:r>
        <w:rPr>
          <w:b w:val="0"/>
          <w:i w:val="0"/>
          <w:sz w:val="22"/>
        </w:rPr>
        <w:t>4)  korzystał z urlopu bezpłatnego ....................................</w:t>
      </w:r>
    </w:p>
    <w:p>
      <w:pPr>
        <w:spacing w:after="160"/>
        <w:ind w:left="907"/>
        <w:jc w:val="center"/>
      </w:pPr>
      <w:r>
        <w:rPr>
          <w:b w:val="0"/>
          <w:i w:val="0"/>
          <w:sz w:val="16"/>
        </w:rPr>
        <w:t>(okres trwania urlopu bezpłatnego i podstawa prawna jego udzielenia)</w:t>
      </w:r>
    </w:p>
    <w:p>
      <w:pPr>
        <w:spacing w:after="160"/>
        <w:ind w:left="340"/>
      </w:pPr>
      <w:r>
        <w:rPr>
          <w:b w:val="0"/>
          <w:i w:val="0"/>
          <w:sz w:val="22"/>
        </w:rPr>
        <w:t>5)  wykorzystał urlop ojcowski w wymiarze ........................... w ................... częściach</w:t>
      </w:r>
    </w:p>
    <w:p>
      <w:pPr>
        <w:spacing w:after="160"/>
        <w:ind w:left="340"/>
      </w:pPr>
      <w:r>
        <w:rPr>
          <w:b w:val="0"/>
          <w:i w:val="0"/>
          <w:sz w:val="22"/>
        </w:rPr>
        <w:t>6)  wykorzystał urlop rodzicielski w wymiarze ........................... w ................... częściach</w:t>
      </w:r>
    </w:p>
    <w:p>
      <w:pPr>
        <w:spacing w:after="0"/>
        <w:ind w:left="340"/>
      </w:pPr>
      <w:r>
        <w:rPr>
          <w:b w:val="0"/>
          <w:i w:val="0"/>
          <w:sz w:val="22"/>
        </w:rPr>
        <w:t>7)  wykorzystał urlop wychowawczy udzielony na podstawie ........................</w:t>
      </w:r>
    </w:p>
    <w:p>
      <w:pPr>
        <w:spacing w:after="160"/>
        <w:ind w:left="907"/>
        <w:jc w:val="center"/>
      </w:pPr>
      <w:r>
        <w:rPr>
          <w:b w:val="0"/>
          <w:i w:val="0"/>
          <w:sz w:val="16"/>
        </w:rPr>
        <w:t>(podstawa prawna udzielenia urlopu)</w:t>
      </w:r>
    </w:p>
    <w:p>
      <w:pPr>
        <w:spacing w:after="160"/>
        <w:ind w:left="340"/>
      </w:pPr>
      <w:r>
        <w:rPr>
          <w:b w:val="0"/>
          <w:i w:val="0"/>
          <w:sz w:val="22"/>
        </w:rPr>
        <w:t>w wymiarze ........................... w okresie (okresach) ........................... w ................... częściach</w:t>
      </w:r>
    </w:p>
    <w:p>
      <w:pPr>
        <w:spacing w:after="160"/>
        <w:ind w:left="340"/>
      </w:pPr>
      <w:r>
        <w:rPr>
          <w:b w:val="0"/>
          <w:i w:val="0"/>
          <w:sz w:val="22"/>
        </w:rPr>
        <w:t>8)  korzystał z ochrony stosunku pracy, o której mowa w art. 186</w:t>
      </w:r>
      <w:r>
        <w:rPr>
          <w:b w:val="0"/>
          <w:i w:val="0"/>
          <w:sz w:val="22"/>
          <w:vertAlign w:val="superscript"/>
        </w:rPr>
        <w:t>8</w:t>
      </w:r>
      <w:r>
        <w:rPr>
          <w:b w:val="0"/>
          <w:i w:val="0"/>
          <w:sz w:val="22"/>
        </w:rPr>
        <w:t xml:space="preserve"> § 1 pkt 2 Kodeksu pracy, w okresie (okresach) ............................</w:t>
      </w:r>
    </w:p>
    <w:p>
      <w:pPr>
        <w:spacing w:after="0"/>
        <w:ind w:left="340"/>
      </w:pPr>
      <w:r>
        <w:rPr>
          <w:b w:val="0"/>
          <w:i w:val="0"/>
          <w:sz w:val="22"/>
        </w:rPr>
        <w:t>9)  wykorzystał zwolnienie od pracy przewidziane w art. 188 Kodeksu pracy ....................</w:t>
      </w:r>
    </w:p>
    <w:p>
      <w:pPr>
        <w:spacing w:after="160"/>
        <w:ind w:left="907"/>
        <w:jc w:val="center"/>
      </w:pPr>
      <w:r>
        <w:rPr>
          <w:b w:val="0"/>
          <w:i w:val="0"/>
          <w:sz w:val="16"/>
        </w:rPr>
        <w:t>(liczba dni lub godzin zwolnienia wykorzystanego w roku kalendarzowym, w którym ustał stosunek pracy)</w:t>
      </w:r>
    </w:p>
    <w:p>
      <w:pPr>
        <w:spacing w:after="0"/>
        <w:ind w:left="340"/>
      </w:pPr>
      <w:r>
        <w:rPr>
          <w:b w:val="0"/>
          <w:i w:val="0"/>
          <w:sz w:val="22"/>
        </w:rPr>
        <w:t>10)  wykonywał pracę zdalną przewidzianą w art. 67</w:t>
      </w:r>
      <w:r>
        <w:rPr>
          <w:b w:val="0"/>
          <w:i w:val="0"/>
          <w:sz w:val="22"/>
          <w:vertAlign w:val="superscript"/>
        </w:rPr>
        <w:t>33</w:t>
      </w:r>
      <w:r>
        <w:rPr>
          <w:b w:val="0"/>
          <w:i w:val="0"/>
          <w:sz w:val="22"/>
        </w:rPr>
        <w:t xml:space="preserve"> § 1 Kodeksu pracy ....................</w:t>
      </w:r>
    </w:p>
    <w:p>
      <w:pPr>
        <w:spacing w:after="160"/>
        <w:ind w:left="907"/>
        <w:jc w:val="center"/>
      </w:pPr>
      <w:r>
        <w:rPr>
          <w:b w:val="0"/>
          <w:i w:val="0"/>
          <w:sz w:val="16"/>
        </w:rPr>
        <w:t>(liczba dni wykonywania pracy zdalnej w roku kalendarzowym, w którym ustał stosunek pracy)</w:t>
      </w:r>
    </w:p>
    <w:p>
      <w:pPr>
        <w:spacing w:after="0"/>
        <w:ind w:left="340"/>
      </w:pPr>
      <w:r>
        <w:rPr>
          <w:b w:val="0"/>
          <w:i w:val="0"/>
          <w:sz w:val="22"/>
        </w:rPr>
        <w:t>11)  był niezdolny do pracy przez okres .................................. dni</w:t>
      </w:r>
    </w:p>
    <w:p>
      <w:pPr>
        <w:spacing w:after="160"/>
        <w:ind w:left="907"/>
        <w:jc w:val="center"/>
      </w:pPr>
      <w:r>
        <w:rPr>
          <w:b w:val="0"/>
          <w:i w:val="0"/>
          <w:sz w:val="16"/>
        </w:rPr>
        <w:t>(liczba dni, za które pracownik otrzymał wynagrodzenie, zgodnie z art. 92 Kodeksu pracy, w roku kalendarzowym, w którym ustał stosunek pracy)</w:t>
      </w:r>
    </w:p>
    <w:p>
      <w:pPr>
        <w:spacing w:after="0"/>
        <w:ind w:left="340"/>
      </w:pPr>
      <w:r>
        <w:rPr>
          <w:b w:val="0"/>
          <w:i w:val="0"/>
          <w:sz w:val="22"/>
        </w:rPr>
        <w:t>12)  ............................................................</w:t>
      </w:r>
    </w:p>
    <w:p>
      <w:pPr>
        <w:spacing w:after="160"/>
        <w:ind w:left="907"/>
        <w:jc w:val="center"/>
      </w:pPr>
      <w:r>
        <w:rPr>
          <w:b w:val="0"/>
          <w:i w:val="0"/>
          <w:sz w:val="16"/>
        </w:rPr>
        <w:t>(dni, za które pracownik nie zachował prawa do wynagrodzenia, przypadające w okresie od dnia 1 stycznia 2003 r. do dnia 31 grudnia 2003 r., zgodnie z art. 92 § 1</w:t>
      </w:r>
      <w:r>
        <w:rPr>
          <w:b w:val="0"/>
          <w:i w:val="0"/>
          <w:sz w:val="16"/>
          <w:vertAlign w:val="superscript"/>
        </w:rPr>
        <w:t>1</w:t>
      </w:r>
      <w:r>
        <w:rPr>
          <w:b w:val="0"/>
          <w:i w:val="0"/>
          <w:sz w:val="16"/>
        </w:rPr>
        <w:t xml:space="preserve"> Kodeksu pracy obowiązującym w tym okresie)</w:t>
      </w:r>
    </w:p>
    <w:p>
      <w:pPr>
        <w:spacing w:after="0"/>
        <w:ind w:left="340"/>
      </w:pPr>
      <w:r>
        <w:rPr>
          <w:b w:val="0"/>
          <w:i w:val="0"/>
          <w:sz w:val="22"/>
        </w:rPr>
        <w:t>13)  odbył służbę wojskową w okresie ..................................</w:t>
      </w:r>
    </w:p>
    <w:p>
      <w:pPr>
        <w:spacing w:after="160"/>
        <w:ind w:left="907"/>
        <w:jc w:val="center"/>
      </w:pPr>
      <w:r>
        <w:rPr>
          <w:b w:val="0"/>
          <w:i w:val="0"/>
          <w:sz w:val="16"/>
        </w:rPr>
        <w:t>(okres odbywania czynnej służby wojskowej lub jej form zastępczych)</w:t>
      </w:r>
    </w:p>
    <w:p>
      <w:pPr>
        <w:spacing w:after="160"/>
        <w:ind w:left="340"/>
      </w:pPr>
      <w:r>
        <w:rPr>
          <w:b w:val="0"/>
          <w:i w:val="0"/>
          <w:sz w:val="22"/>
        </w:rPr>
        <w:t>14)  wykonywał pracę w szczególnych warunkach lub w szczególnym charakterze ..............</w:t>
      </w:r>
    </w:p>
    <w:p>
      <w:pPr>
        <w:spacing w:after="0"/>
        <w:ind w:left="340"/>
      </w:pPr>
      <w:r>
        <w:rPr>
          <w:b w:val="0"/>
          <w:i w:val="0"/>
          <w:sz w:val="22"/>
        </w:rPr>
        <w:t>............................................................</w:t>
      </w:r>
    </w:p>
    <w:p>
      <w:pPr>
        <w:spacing w:after="160"/>
        <w:ind w:left="907"/>
        <w:jc w:val="center"/>
      </w:pPr>
      <w:r>
        <w:rPr>
          <w:b w:val="0"/>
          <w:i w:val="0"/>
          <w:sz w:val="16"/>
        </w:rPr>
        <w:t>(okresy wykonywania pracy oraz jej rodzaj i zajmowane stanowiska)</w:t>
      </w:r>
    </w:p>
    <w:p>
      <w:pPr>
        <w:spacing w:after="160"/>
        <w:ind w:left="340"/>
      </w:pPr>
      <w:r>
        <w:rPr>
          <w:b w:val="0"/>
          <w:i w:val="0"/>
          <w:sz w:val="22"/>
        </w:rPr>
        <w:t>15)  wykorzystał dodatkowy urlop albo inne uprawnienia lub świadczenia przewidziane przepisami prawa pracy ........................</w:t>
      </w:r>
    </w:p>
    <w:p>
      <w:pPr>
        <w:spacing w:after="0"/>
        <w:ind w:left="340"/>
      </w:pPr>
      <w:r>
        <w:rPr>
          <w:b w:val="0"/>
          <w:i w:val="0"/>
          <w:sz w:val="22"/>
        </w:rPr>
        <w:t>16)  ............................................................</w:t>
      </w:r>
    </w:p>
    <w:p>
      <w:pPr>
        <w:spacing w:after="160"/>
        <w:ind w:left="907"/>
        <w:jc w:val="center"/>
      </w:pPr>
      <w:r>
        <w:rPr>
          <w:b w:val="0"/>
          <w:i w:val="0"/>
          <w:sz w:val="16"/>
        </w:rPr>
        <w:t>(okresy nieskładkowe, przypadające w okresie zatrudnienia wskazanym w ust. 1, uwzględniane przy ustalaniu prawa do emerytury lub renty)</w:t>
      </w:r>
    </w:p>
    <w:p>
      <w:pPr>
        <w:spacing w:after="0"/>
      </w:pPr>
      <w:r>
        <w:rPr>
          <w:b w:val="0"/>
          <w:i w:val="0"/>
          <w:sz w:val="22"/>
        </w:rPr>
        <w:t>7.  Informacja o zajęciu wynagrodzenia: ..............................</w:t>
      </w:r>
    </w:p>
    <w:p>
      <w:pPr>
        <w:spacing w:after="160"/>
        <w:ind w:left="907"/>
        <w:jc w:val="center"/>
      </w:pPr>
      <w:r>
        <w:rPr>
          <w:b w:val="0"/>
          <w:i w:val="0"/>
          <w:sz w:val="16"/>
        </w:rPr>
        <w:t>(oznaczenie komornika i numer sprawy egzekucyjnej)</w:t>
      </w:r>
    </w:p>
    <w:p>
      <w:pPr>
        <w:spacing w:after="0"/>
      </w:pPr>
      <w:r>
        <w:rPr>
          <w:b w:val="0"/>
          <w:i w:val="0"/>
          <w:sz w:val="22"/>
        </w:rPr>
        <w:t>............................................................</w:t>
      </w:r>
    </w:p>
    <w:p>
      <w:pPr>
        <w:spacing w:after="160"/>
        <w:ind w:left="907"/>
        <w:jc w:val="center"/>
      </w:pPr>
      <w:r>
        <w:rPr>
          <w:b w:val="0"/>
          <w:i w:val="0"/>
          <w:sz w:val="16"/>
        </w:rPr>
        <w:t>(wysokość potrąconych kwot)</w:t>
      </w:r>
    </w:p>
    <w:p>
      <w:pPr>
        <w:spacing w:after="120"/>
      </w:pPr>
      <w:r>
        <w:rPr>
          <w:b w:val="0"/>
          <w:i w:val="0"/>
          <w:sz w:val="22"/>
        </w:rPr>
        <w:t>8.  Informacje uzupełniające</w:t>
      </w:r>
    </w:p>
    <w:p>
      <w:pPr>
        <w:spacing w:after="40"/>
        <w:ind w:left="340"/>
      </w:pPr>
      <w:r>
        <w:rPr>
          <w:b w:val="0"/>
          <w:i w:val="0"/>
          <w:sz w:val="22"/>
        </w:rPr>
        <w:t>............................................................</w:t>
      </w:r>
    </w:p>
    <w:p>
      <w:pPr>
        <w:spacing w:after="40"/>
        <w:ind w:left="340"/>
      </w:pPr>
      <w:r>
        <w:rPr>
          <w:b w:val="0"/>
          <w:i w:val="0"/>
          <w:sz w:val="22"/>
        </w:rPr>
        <w:t>............................................................</w:t>
      </w:r>
    </w:p>
    <w:p>
      <w:pPr>
        <w:spacing w:after="40"/>
        <w:ind w:left="340"/>
      </w:pPr>
      <w:r>
        <w:rPr>
          <w:b w:val="0"/>
          <w:i w:val="0"/>
          <w:sz w:val="22"/>
        </w:rPr>
        <w:t>............................................................</w:t>
      </w:r>
    </w:p>
    <w:p>
      <w:pPr>
        <w:spacing w:after="280"/>
      </w:pPr>
    </w:p>
    <w:p>
      <w:pPr>
        <w:spacing w:after="0"/>
        <w:jc w:val="right"/>
      </w:pPr>
      <w:r>
        <w:rPr>
          <w:b w:val="0"/>
          <w:i w:val="0"/>
          <w:sz w:val="22"/>
        </w:rPr>
        <w:t>......................................</w:t>
      </w:r>
    </w:p>
    <w:p>
      <w:pPr>
        <w:spacing w:after="0"/>
        <w:jc w:val="right"/>
      </w:pPr>
      <w:r>
        <w:rPr>
          <w:b w:val="0"/>
          <w:i w:val="0"/>
          <w:sz w:val="16"/>
        </w:rPr>
        <w:t>(podpis pracodawcy lub osoby reprezentującej</w:t>
        <w:br/>
        <w:t>pracodawcę albo osoby upoważnionej do</w:t>
        <w:br/>
        <w:t>składania oświadczeń w imieniu pracodawcy)</w:t>
      </w:r>
    </w:p>
    <w:sectPr w:rsidR="00FC693F" w:rsidRPr="0006063C" w:rsidSect="00034616">
      <w:pgSz w:w="12240" w:h="15840"/>
      <w:pgMar w:top="1020" w:right="1247" w:bottom="85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