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________________________________</w:t>
      </w:r>
    </w:p>
    <w:p>
      <w:pPr>
        <w:spacing w:before="40"/>
      </w:pPr>
      <w:r>
        <w:rPr>
          <w:i/>
          <w:color w:val="606060"/>
          <w:sz w:val="17"/>
        </w:rPr>
        <w:t>miejscowość, data</w:t>
      </w:r>
    </w:p>
    <w:p>
      <w:r/>
    </w:p>
    <w:p>
      <w:r>
        <w:t>Pracodawca:</w:t>
      </w:r>
    </w:p>
    <w:p>
      <w:r>
        <w:t>Nazwa: ______________________________________________________</w:t>
      </w:r>
    </w:p>
    <w:p>
      <w:r>
        <w:t>Adres: _______________________________________________________</w:t>
      </w:r>
    </w:p>
    <w:p>
      <w:r>
        <w:t>NIP: ______________  REGON: ______________</w:t>
      </w:r>
    </w:p>
    <w:p>
      <w:r/>
    </w:p>
    <w:p>
      <w:r>
        <w:t>Pracownik:</w:t>
      </w:r>
    </w:p>
    <w:p>
      <w:r>
        <w:t>Imię i nazwisko: _____________________________________________</w:t>
      </w:r>
    </w:p>
    <w:p>
      <w:r>
        <w:t>Adres: _______________________________________________________</w:t>
      </w:r>
    </w:p>
    <w:p>
      <w:r>
        <w:t>PESEL: ______________</w:t>
      </w:r>
    </w:p>
    <w:p>
      <w:r/>
    </w:p>
    <w:p>
      <w:pPr>
        <w:spacing w:after="240"/>
        <w:jc w:val="center"/>
      </w:pPr>
      <w:r>
        <w:rPr>
          <w:b/>
          <w:sz w:val="26"/>
        </w:rPr>
        <w:t>WYPOWIEDZENIE UMOWY O PRACĘ</w:t>
      </w:r>
    </w:p>
    <w:p>
      <w:r/>
    </w:p>
    <w:p>
      <w:pPr>
        <w:jc w:val="both"/>
      </w:pPr>
      <w:r>
        <w:t>Wypowiadam umowę o pracę zawartą w dniu ____________ na czas ______________________ z zachowaniem okresu wypowiedzenia wynoszącego ______________________, który upłynie w dniu ____________.</w:t>
      </w:r>
    </w:p>
    <w:p>
      <w:pPr>
        <w:spacing w:before="40"/>
      </w:pPr>
      <w:r>
        <w:rPr>
          <w:i/>
          <w:color w:val="606060"/>
          <w:sz w:val="17"/>
        </w:rPr>
        <w:t>Okres wypowiedzenia zależy od stażu u danego pracodawcy: 2 tygodnie przy zatrudnieniu krótszym niż 6 miesięcy, 1 miesiąc przy co najmniej 6 miesiącach, 3 miesiące przy co najmniej 3 latach (art. 36 § 1 Kodeksu pracy).</w:t>
      </w:r>
    </w:p>
    <w:p>
      <w:pPr>
        <w:spacing w:before="200"/>
      </w:pPr>
      <w:r>
        <w:rPr>
          <w:b/>
        </w:rPr>
        <w:t>Przyczyna wypowiedzenia</w:t>
      </w:r>
    </w:p>
    <w:p>
      <w:pPr>
        <w:jc w:val="both"/>
      </w:pPr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40"/>
      </w:pPr>
      <w:r>
        <w:rPr>
          <w:i/>
          <w:color w:val="606060"/>
          <w:sz w:val="17"/>
        </w:rPr>
        <w:t>Przyczynę wskazuje się zarówno przy umowie na czas nieokreślony, jak i — od 26 kwietnia 2023 r. — przy umowie na czas określony. Musi być konkretna i rzeczywista; ogólnikowe sformułowanie jest najczęstszą podstawą uznania wypowiedzenia za nieuzasadnione.</w:t>
      </w:r>
    </w:p>
    <w:p>
      <w:pPr>
        <w:spacing w:before="200"/>
      </w:pPr>
      <w:r>
        <w:rPr>
          <w:b/>
        </w:rPr>
        <w:t>Pouczenie</w:t>
      </w:r>
    </w:p>
    <w:p>
      <w:pPr>
        <w:jc w:val="both"/>
      </w:pPr>
      <w:r>
        <w:t>Przysługuje Pani/Panu prawo wniesienia odwołania od niniejszego wypowiedzenia do sądu pracy — Sądu Rejonowego w ______________________, Wydział Pracy i Ubezpieczeń Społecznych — w terminie 21 dni od dnia doręczenia niniejszego pisma.</w:t>
      </w:r>
    </w:p>
    <w:p>
      <w:pPr>
        <w:spacing w:before="40"/>
      </w:pPr>
      <w:r>
        <w:rPr>
          <w:i/>
          <w:color w:val="606060"/>
          <w:sz w:val="17"/>
        </w:rPr>
        <w:t>Pouczenie o prawie odwołania do sądu pracy jest obowiązkowym elementem oświadczenia pracodawcy (art. 30 § 5 Kodeksu pracy). Jego brak wydłuża pracownikowi termin na wniesienie odwołania.</w:t>
      </w:r>
    </w:p>
    <w:p>
      <w:pPr>
        <w:spacing w:before="200"/>
      </w:pPr>
      <w:r>
        <w:rPr>
          <w:b/>
        </w:rPr>
        <w:t>Pozostałe ustalenia</w:t>
      </w:r>
    </w:p>
    <w:p>
      <w:r>
        <w:t>Wykorzystanie urlopu wypoczynkowego w okresie wypowiedzenia: ______ dni, w terminie ______________</w:t>
      </w:r>
    </w:p>
    <w:p>
      <w:r>
        <w:t>Zwolnienie z obowiązku świadczenia pracy:  ☐ nie   ☐ tak, od dnia ____________</w:t>
      </w:r>
    </w:p>
    <w:p>
      <w:r>
        <w:t>Termin zwrotu mienia powierzonego: ____________________</w:t>
      </w:r>
    </w:p>
    <w:p>
      <w:r/>
    </w:p>
    <w:p>
      <w:r/>
    </w:p>
    <w:p>
      <w:pPr>
        <w:jc w:val="right"/>
      </w:pPr>
      <w:r>
        <w:t>____________________________</w:t>
      </w:r>
    </w:p>
    <w:p>
      <w:pPr>
        <w:jc w:val="right"/>
      </w:pPr>
      <w:r>
        <w:t>podpis pracodawcy lub osoby upoważnionej</w:t>
      </w:r>
    </w:p>
    <w:p>
      <w:r/>
    </w:p>
    <w:p>
      <w:r/>
    </w:p>
    <w:p>
      <w:pPr>
        <w:jc w:val="both"/>
      </w:pPr>
      <w:r>
        <w:t>Potwierdzam otrzymanie niniejszego wypowiedzenia:</w:t>
      </w:r>
    </w:p>
    <w:p>
      <w:r/>
    </w:p>
    <w:p>
      <w:r>
        <w:t>Data: ____________   Podpis pracownika: ____________________</w:t>
      </w:r>
    </w:p>
    <w:p>
      <w:pPr>
        <w:spacing w:before="40"/>
      </w:pPr>
      <w:r>
        <w:rPr>
          <w:i/>
          <w:color w:val="606060"/>
          <w:sz w:val="17"/>
        </w:rPr>
        <w:t>W razie odmowy przyjęcia pisma fakt ten odnotowuje się wraz z datą i podpisami osób obecnych.</w:t>
      </w:r>
    </w:p>
    <w:p/>
    <w:p>
      <w:r>
        <w:rPr>
          <w:i/>
          <w:color w:val="707070"/>
          <w:sz w:val="16"/>
        </w:rPr>
        <w:t>Wzór ogólny, przygotowany na podstawie wymogów art. 30 i art. 36 Kodeksu pracy. Kodeks pracy nie zatwierdza urzędowego formularza — wymaga formy pisemnej oraz określonych elementów treści. Przyczynę wypowiedzenia formułuje się do konkretnego przypadku. To nie jest porada prawna.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