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Наименование на работодателя: ______________________________________</w:t>
      </w:r>
    </w:p>
    <w:p>
      <w:r>
        <w:t>ЕИК: ______________  Адрес: ________________________________________</w:t>
      </w:r>
    </w:p>
    <w:p>
      <w:pPr>
        <w:jc w:val="right"/>
      </w:pPr>
      <w:r>
        <w:t>№ ________ / дата ____________</w:t>
      </w:r>
    </w:p>
    <w:p>
      <w:r/>
    </w:p>
    <w:p>
      <w:pPr>
        <w:spacing w:after="240"/>
        <w:jc w:val="center"/>
      </w:pPr>
      <w:r>
        <w:rPr>
          <w:b/>
          <w:sz w:val="26"/>
        </w:rPr>
        <w:t>З А П О В Е Д</w:t>
      </w:r>
    </w:p>
    <w:p>
      <w:pPr>
        <w:jc w:val="center"/>
      </w:pPr>
      <w:r>
        <w:t>за прекратяване на трудово правоотношение</w:t>
      </w:r>
    </w:p>
    <w:p>
      <w:r/>
    </w:p>
    <w:p>
      <w:pPr>
        <w:jc w:val="both"/>
      </w:pPr>
      <w:r>
        <w:t>На основание чл. 195, ал. 1 във връзка с чл. ______, ал. ______, т. ______ от Кодекса на труда</w:t>
      </w:r>
    </w:p>
    <w:p>
      <w:pPr>
        <w:spacing w:before="40"/>
      </w:pPr>
      <w:r>
        <w:rPr>
          <w:i/>
          <w:color w:val="606060"/>
          <w:sz w:val="17"/>
        </w:rPr>
        <w:t>Тук се вписва конкретното основание: чл. 325 по взаимно съгласие, чл. 326 при предизвестие от работника, чл. 328 при предизвестие от работодателя, чл. 330 без предизвестие, и така нататък. Непълно или сгрешено основание е най-честата причина уволнението да бъде отменено като незаконно.</w:t>
      </w:r>
    </w:p>
    <w:p>
      <w:r/>
    </w:p>
    <w:p>
      <w:pPr>
        <w:spacing w:before="200"/>
      </w:pPr>
      <w:r>
        <w:rPr>
          <w:b/>
        </w:rPr>
        <w:t>Н А Р Е Ж Д А М:</w:t>
      </w:r>
    </w:p>
    <w:p>
      <w:r/>
    </w:p>
    <w:p>
      <w:pPr>
        <w:jc w:val="both"/>
      </w:pPr>
      <w:r>
        <w:t>ПРЕКРАТЯВАМ трудовото правоотношение с:</w:t>
      </w:r>
    </w:p>
    <w:p>
      <w:r>
        <w:t>Име: ________________________________________________________</w:t>
      </w:r>
    </w:p>
    <w:p>
      <w:r>
        <w:t>ЕГН/ЛНЧ: ______________</w:t>
      </w:r>
    </w:p>
    <w:p>
      <w:r>
        <w:t>Длъжност: ___________________________  Код по НКПД: ______________</w:t>
      </w:r>
    </w:p>
    <w:p>
      <w:r>
        <w:t>Трудов договор № ________ / дата ____________</w:t>
      </w:r>
    </w:p>
    <w:p>
      <w:r/>
    </w:p>
    <w:p>
      <w:r>
        <w:t>Считано от: ____________________</w:t>
      </w:r>
    </w:p>
    <w:p>
      <w:pPr>
        <w:spacing w:before="40"/>
      </w:pPr>
      <w:r>
        <w:rPr>
          <w:i/>
          <w:color w:val="606060"/>
          <w:sz w:val="17"/>
        </w:rPr>
        <w:t>При прекратяване с предизвестие договорът се прекратява с изтичането му. Без предизвестие — от момента на получаване на писменото изявление (чл. 335, ал. 2 от КТ).</w:t>
      </w:r>
    </w:p>
    <w:p>
      <w:pPr>
        <w:spacing w:before="200"/>
      </w:pPr>
      <w:r>
        <w:rPr>
          <w:b/>
        </w:rPr>
        <w:t>Обезщетения</w:t>
      </w:r>
    </w:p>
    <w:p>
      <w:r>
        <w:t>Обезщетение за неспазено предизвестие (чл. 220 от КТ): ____________ лв.</w:t>
      </w:r>
    </w:p>
    <w:p>
      <w:r>
        <w:t>Обезщетение за неползван платен годишен отпуск (чл. 224 от КТ): ______ дни / ____________ лв.</w:t>
      </w:r>
    </w:p>
    <w:p>
      <w:r>
        <w:t>Друго обезщетение (чл. ______ от КТ): ____________ лв.</w:t>
      </w:r>
    </w:p>
    <w:p>
      <w:r>
        <w:t>Неизползван платен годишен отпуск към датата на прекратяване: ______ работни дни</w:t>
      </w:r>
    </w:p>
    <w:p>
      <w:pPr>
        <w:spacing w:before="200"/>
      </w:pPr>
      <w:r>
        <w:rPr>
          <w:b/>
        </w:rPr>
        <w:t>Разпореждания</w:t>
      </w:r>
    </w:p>
    <w:p>
      <w:pPr>
        <w:jc w:val="both"/>
      </w:pPr>
      <w:r>
        <w:t>Копие от заповедта да се връчи на лицето и да се приложи в трудовото досие.</w:t>
      </w:r>
    </w:p>
    <w:p>
      <w:pPr>
        <w:jc w:val="both"/>
      </w:pPr>
      <w:r>
        <w:t>Данните за прекратяването да се подадат в регистъра на заетостта в седемдневен срок.</w:t>
      </w:r>
    </w:p>
    <w:p>
      <w:pPr>
        <w:spacing w:before="40"/>
      </w:pPr>
      <w:r>
        <w:rPr>
          <w:i/>
          <w:color w:val="606060"/>
          <w:sz w:val="17"/>
        </w:rPr>
        <w:t>От 1 юни 2025 г. данните се подават с електронен трудов запис към Националната агенция за приходите.</w:t>
      </w:r>
    </w:p>
    <w:p>
      <w:r/>
    </w:p>
    <w:p>
      <w:r/>
    </w:p>
    <w:p>
      <w:r>
        <w:t>Работодател / упълномощено лице: ____________________</w:t>
      </w:r>
    </w:p>
    <w:p>
      <w:r>
        <w:t>Име и длъжност: ____________________________________</w:t>
      </w:r>
    </w:p>
    <w:p>
      <w:r>
        <w:t>Подпис и печат: ____________________</w:t>
      </w:r>
    </w:p>
    <w:p>
      <w:r/>
    </w:p>
    <w:p>
      <w:r/>
    </w:p>
    <w:p>
      <w:pPr>
        <w:spacing w:before="200"/>
      </w:pPr>
      <w:r>
        <w:rPr>
          <w:b/>
        </w:rPr>
        <w:t>Връчване</w:t>
      </w:r>
    </w:p>
    <w:p>
      <w:pPr>
        <w:jc w:val="both"/>
      </w:pPr>
      <w:r>
        <w:t>Получих екземпляр от заповедта днес, ____________.</w:t>
      </w:r>
    </w:p>
    <w:p>
      <w:r>
        <w:t>Име и подпис на работника/служителя: ____________________________</w:t>
      </w:r>
    </w:p>
    <w:p>
      <w:pPr>
        <w:spacing w:before="40"/>
      </w:pPr>
      <w:r>
        <w:rPr>
          <w:i/>
          <w:color w:val="606060"/>
          <w:sz w:val="17"/>
        </w:rPr>
        <w:t>Връчването е лично, срещу подпис и дата. При отказ то се удостоверява с подписите на двама свидетели — без доказано връчване сроковете не текат.</w:t>
      </w:r>
    </w:p>
    <w:p>
      <w:r/>
    </w:p>
    <w:p>
      <w:pPr>
        <w:jc w:val="both"/>
      </w:pPr>
      <w:r>
        <w:t>При отказ да получи заповедта, връчването се удостоверява от:</w:t>
      </w:r>
    </w:p>
    <w:p>
      <w:r>
        <w:t>1. Име и подпис: ____________________________</w:t>
      </w:r>
    </w:p>
    <w:p>
      <w:r>
        <w:t>2. Име и подпис: ____________________________</w:t>
      </w:r>
    </w:p>
    <w:p/>
    <w:p>
      <w:r>
        <w:rPr>
          <w:i/>
          <w:color w:val="707070"/>
          <w:sz w:val="16"/>
        </w:rPr>
        <w:t>Общ образец. Кодексът на труда не утвърждава бланка за заповедта за прекратяване — изисква писмена форма по чл. 335, ал. 1. Правното основание се попълва според конкретния случай и е елементът, който решава законността на прекратяването. Това не е правен съвет.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